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42BE" w14:textId="769D6AAF" w:rsidR="00B76BBB" w:rsidRPr="008A0F04" w:rsidRDefault="000D29C2">
      <w:pPr>
        <w:pStyle w:val="Titolo1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ALLEGATO </w:t>
      </w:r>
      <w:r w:rsidR="00B946F5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 - Modello di domanda</w:t>
      </w:r>
    </w:p>
    <w:p w14:paraId="7A68C5D3" w14:textId="77777777" w:rsidR="008A0F04" w:rsidRDefault="008A0F04" w:rsidP="008A0F04">
      <w:pPr>
        <w:ind w:left="5760"/>
        <w:rPr>
          <w:rFonts w:ascii="Times New Roman" w:hAnsi="Times New Roman" w:cs="Times New Roman"/>
          <w:sz w:val="24"/>
          <w:szCs w:val="24"/>
          <w:lang w:val="it-IT"/>
        </w:rPr>
      </w:pPr>
    </w:p>
    <w:p w14:paraId="27564FA3" w14:textId="36A53180" w:rsidR="00B76BBB" w:rsidRPr="008A0F04" w:rsidRDefault="000D29C2" w:rsidP="008A0F04">
      <w:pPr>
        <w:ind w:left="5760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Al Comune di Ivrea</w:t>
      </w:r>
      <w:r w:rsidRPr="008A0F04">
        <w:rPr>
          <w:rFonts w:ascii="Times New Roman" w:hAnsi="Times New Roman" w:cs="Times New Roman"/>
          <w:sz w:val="24"/>
          <w:szCs w:val="24"/>
          <w:lang w:val="it-IT"/>
        </w:rPr>
        <w:br/>
        <w:t>Se</w:t>
      </w:r>
      <w:r w:rsidR="00D15C43" w:rsidRPr="008A0F04">
        <w:rPr>
          <w:rFonts w:ascii="Times New Roman" w:hAnsi="Times New Roman" w:cs="Times New Roman"/>
          <w:sz w:val="24"/>
          <w:szCs w:val="24"/>
          <w:lang w:val="it-IT"/>
        </w:rPr>
        <w:t>rvizio Sport</w:t>
      </w:r>
      <w:r w:rsidRPr="008A0F04">
        <w:rPr>
          <w:rFonts w:ascii="Times New Roman" w:hAnsi="Times New Roman" w:cs="Times New Roman"/>
          <w:sz w:val="24"/>
          <w:szCs w:val="24"/>
          <w:lang w:val="it-IT"/>
        </w:rPr>
        <w:br/>
        <w:t>protocollo@pec.comune.ivrea.to.it</w:t>
      </w:r>
    </w:p>
    <w:p w14:paraId="402D2696" w14:textId="207A370D" w:rsidR="00D15C43" w:rsidRDefault="00D15C43">
      <w:pPr>
        <w:spacing w:before="20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B9EA9E5" w14:textId="77777777" w:rsidR="008A0F04" w:rsidRPr="008A0F04" w:rsidRDefault="008A0F04">
      <w:pPr>
        <w:spacing w:before="20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539E72C" w14:textId="1F2E288D" w:rsidR="00B76BBB" w:rsidRPr="008A0F04" w:rsidRDefault="000D29C2" w:rsidP="00D15C43">
      <w:pPr>
        <w:spacing w:before="20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sz w:val="24"/>
          <w:szCs w:val="24"/>
          <w:lang w:val="it-IT"/>
        </w:rPr>
        <w:t>OGGETTO: domanda di contributo straordinario a sostegno dei soggetti sportivi utilizzatori di corsie d'acqua presso la piscina comunale</w:t>
      </w:r>
    </w:p>
    <w:p w14:paraId="48D67DD1" w14:textId="77777777" w:rsidR="00D15C43" w:rsidRPr="008A0F04" w:rsidRDefault="00D15C43">
      <w:pPr>
        <w:spacing w:before="200"/>
        <w:rPr>
          <w:rFonts w:ascii="Times New Roman" w:hAnsi="Times New Roman" w:cs="Times New Roman"/>
          <w:sz w:val="24"/>
          <w:szCs w:val="24"/>
          <w:lang w:val="it-IT"/>
        </w:rPr>
      </w:pPr>
    </w:p>
    <w:p w14:paraId="09665D5A" w14:textId="77777777" w:rsidR="00B76BBB" w:rsidRPr="008A0F04" w:rsidRDefault="000D29C2">
      <w:pPr>
        <w:pStyle w:val="FormLabel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Il/La sottoscritto/a: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3717FB6B" w14:textId="12C4FF0E" w:rsidR="00B76BBB" w:rsidRPr="008A0F04" w:rsidRDefault="000D29C2">
      <w:pPr>
        <w:pStyle w:val="FormLabel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>Nato/a</w:t>
      </w:r>
      <w:r w:rsidR="00E60866"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: </w:t>
      </w:r>
      <w:r w:rsidR="00E60866"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</w:t>
      </w:r>
      <w:proofErr w:type="gramStart"/>
      <w:r w:rsidR="00E60866"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COMPILARE]</w:t>
      </w:r>
      <w:r w:rsidR="00E60866">
        <w:rPr>
          <w:rFonts w:ascii="Times New Roman" w:hAnsi="Times New Roman" w:cs="Times New Roman"/>
          <w:color w:val="1F4D78"/>
          <w:sz w:val="24"/>
          <w:szCs w:val="24"/>
          <w:lang w:val="it-IT"/>
        </w:rPr>
        <w:t xml:space="preserve"> </w:t>
      </w: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  </w:t>
      </w:r>
      <w:proofErr w:type="gramEnd"/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il: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2E151AC7" w14:textId="77777777" w:rsidR="00B76BBB" w:rsidRPr="008A0F04" w:rsidRDefault="000D29C2">
      <w:pPr>
        <w:pStyle w:val="FormLabel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Codice fiscale: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7AB11523" w14:textId="77777777" w:rsidR="00B76BBB" w:rsidRPr="008A0F04" w:rsidRDefault="000D29C2">
      <w:pPr>
        <w:pStyle w:val="FormLabel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In qualità di legale rappresentante di: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7684DF8A" w14:textId="77777777" w:rsidR="00B76BBB" w:rsidRPr="008A0F04" w:rsidRDefault="000D29C2">
      <w:pPr>
        <w:pStyle w:val="FormLabel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Forma giuridica: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6280ACD6" w14:textId="2C45BCA9" w:rsidR="00B76BBB" w:rsidRPr="008A0F04" w:rsidRDefault="000D29C2">
      <w:pPr>
        <w:pStyle w:val="FormLabel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>Codice fiscale</w:t>
      </w:r>
      <w:r w:rsidR="00E60866"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: </w:t>
      </w:r>
      <w:r w:rsidR="00E60866"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  <w:r w:rsidR="00E60866">
        <w:rPr>
          <w:rFonts w:ascii="Times New Roman" w:hAnsi="Times New Roman" w:cs="Times New Roman"/>
          <w:color w:val="1F4D78"/>
          <w:sz w:val="24"/>
          <w:szCs w:val="24"/>
          <w:lang w:val="it-IT"/>
        </w:rPr>
        <w:t xml:space="preserve"> </w:t>
      </w:r>
      <w:r w:rsidR="00E60866" w:rsidRPr="00E60866">
        <w:rPr>
          <w:rFonts w:ascii="Times New Roman" w:hAnsi="Times New Roman" w:cs="Times New Roman"/>
          <w:color w:val="000000" w:themeColor="text1"/>
          <w:sz w:val="24"/>
          <w:szCs w:val="24"/>
          <w:lang w:val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e/o</w:t>
      </w:r>
      <w:r w:rsidRPr="00E60866">
        <w:rPr>
          <w:rFonts w:ascii="Times New Roman" w:hAnsi="Times New Roman" w:cs="Times New Roman"/>
          <w:color w:val="000000" w:themeColor="text1"/>
          <w:sz w:val="24"/>
          <w:szCs w:val="24"/>
          <w:lang w:val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Partita IVA: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7D7389BF" w14:textId="77777777" w:rsidR="00B76BBB" w:rsidRPr="008A0F04" w:rsidRDefault="000D29C2">
      <w:pPr>
        <w:pStyle w:val="FormLabel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Sede legale: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547855D4" w14:textId="77777777" w:rsidR="00B76BBB" w:rsidRPr="008A0F04" w:rsidRDefault="000D29C2">
      <w:pPr>
        <w:pStyle w:val="FormLabel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PEC / e-mail: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27818028" w14:textId="77777777" w:rsidR="00B76BBB" w:rsidRPr="008A0F04" w:rsidRDefault="000D29C2">
      <w:pPr>
        <w:pStyle w:val="FormLabel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Telefono: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2E1E45B7" w14:textId="60E86432" w:rsidR="00B76BBB" w:rsidRDefault="000D29C2">
      <w:pPr>
        <w:pStyle w:val="FormLabel"/>
        <w:rPr>
          <w:rFonts w:ascii="Times New Roman" w:hAnsi="Times New Roman" w:cs="Times New Roman"/>
          <w:color w:val="1F4D78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Numero RASD, ove applicabile: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4E58C03C" w14:textId="77777777" w:rsidR="008A0F04" w:rsidRPr="008A0F04" w:rsidRDefault="008A0F04">
      <w:pPr>
        <w:pStyle w:val="FormLabel"/>
        <w:rPr>
          <w:rFonts w:ascii="Times New Roman" w:hAnsi="Times New Roman" w:cs="Times New Roman"/>
          <w:sz w:val="24"/>
          <w:szCs w:val="24"/>
          <w:lang w:val="it-IT"/>
        </w:rPr>
      </w:pPr>
    </w:p>
    <w:p w14:paraId="5A654662" w14:textId="3DD3911E" w:rsidR="00B76BBB" w:rsidRDefault="000D29C2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sz w:val="24"/>
          <w:szCs w:val="24"/>
          <w:lang w:val="it-IT"/>
        </w:rPr>
        <w:t>CHIEDE</w:t>
      </w:r>
    </w:p>
    <w:p w14:paraId="78730523" w14:textId="77777777" w:rsidR="008A0F04" w:rsidRPr="008A0F04" w:rsidRDefault="008A0F04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7A4A13AF" w14:textId="38582A8B" w:rsidR="00B76BBB" w:rsidRPr="008A0F04" w:rsidRDefault="000D29C2" w:rsidP="008A0F0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l'ammissione al contributo previsto dall'avviso approvato con </w:t>
      </w:r>
      <w:r w:rsidR="00D15C43" w:rsidRPr="008A0F04">
        <w:rPr>
          <w:rFonts w:ascii="Times New Roman" w:hAnsi="Times New Roman" w:cs="Times New Roman"/>
          <w:sz w:val="24"/>
          <w:szCs w:val="24"/>
          <w:lang w:val="it-IT"/>
        </w:rPr>
        <w:t>D</w:t>
      </w:r>
      <w:r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eterminazione </w:t>
      </w:r>
      <w:r w:rsidR="00D15C43"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Dirigenziale </w:t>
      </w:r>
      <w:r w:rsidRPr="008A0F04">
        <w:rPr>
          <w:rFonts w:ascii="Times New Roman" w:hAnsi="Times New Roman" w:cs="Times New Roman"/>
          <w:sz w:val="24"/>
          <w:szCs w:val="24"/>
          <w:lang w:val="it-IT"/>
        </w:rPr>
        <w:t>n. [NUMERO] del [DATA]</w:t>
      </w:r>
      <w:r w:rsidR="00B73431">
        <w:rPr>
          <w:rFonts w:ascii="Times New Roman" w:hAnsi="Times New Roman" w:cs="Times New Roman"/>
          <w:sz w:val="24"/>
          <w:szCs w:val="24"/>
          <w:lang w:val="it-IT"/>
        </w:rPr>
        <w:t xml:space="preserve"> e il versamento del previsto acconto del 50% dell’importo assegnato</w:t>
      </w:r>
      <w:r w:rsidRPr="008A0F04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6E22AF8" w14:textId="77777777" w:rsidR="00B76BBB" w:rsidRPr="008A0F04" w:rsidRDefault="000D29C2" w:rsidP="008A0F04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sz w:val="24"/>
          <w:szCs w:val="24"/>
          <w:lang w:val="it-IT"/>
        </w:rPr>
        <w:t>DICHIARA</w:t>
      </w:r>
    </w:p>
    <w:p w14:paraId="2D973274" w14:textId="544E5E6B" w:rsidR="00B76BBB" w:rsidRPr="008A0F04" w:rsidRDefault="000D29C2" w:rsidP="008A0F0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ai sensi degli articoli 46 e 47 del D.P.R. n. 445/2000, consapevole delle conseguenze previste dagli articoli 75 e 76 del medesimo decreto</w:t>
      </w:r>
      <w:r w:rsidR="00E60866">
        <w:rPr>
          <w:rFonts w:ascii="Times New Roman" w:hAnsi="Times New Roman" w:cs="Times New Roman"/>
          <w:sz w:val="24"/>
          <w:szCs w:val="24"/>
          <w:lang w:val="it-IT"/>
        </w:rPr>
        <w:t>, che</w:t>
      </w:r>
      <w:r w:rsidRPr="008A0F04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1C775520" w14:textId="1F238C60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il soggetto richiedente è incluso nell'elenco dei destinatari con la denominazione: [DENOMINAZIONE ESATTA];</w:t>
      </w:r>
    </w:p>
    <w:p w14:paraId="29095CF5" w14:textId="42C07C19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il soggetto ha natura di [ASD</w:t>
      </w:r>
      <w:r w:rsidR="00E60866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SSD </w:t>
      </w:r>
      <w:r w:rsidR="00E60866">
        <w:rPr>
          <w:rFonts w:ascii="Times New Roman" w:hAnsi="Times New Roman" w:cs="Times New Roman"/>
          <w:sz w:val="24"/>
          <w:szCs w:val="24"/>
          <w:lang w:val="it-IT"/>
        </w:rPr>
        <w:t>o altro</w:t>
      </w:r>
      <w:r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 SOGGETTO SENZA FINI DI LUCRO] e possiede i requisiti previsti dall'avviso;</w:t>
      </w:r>
    </w:p>
    <w:p w14:paraId="673FDC8C" w14:textId="2B4EB1AB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lo statuto vigente prevede finalità sportive coerenti con la misura e che l'attività è svolta senza finalità lucrative nei limiti richiesti dalla disciplina applicabile;</w:t>
      </w:r>
    </w:p>
    <w:p w14:paraId="17FCD3E2" w14:textId="3FF37130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il soggetto è attivo alla data della domanda e non è in scioglimento, liquidazione o cessazione;</w:t>
      </w:r>
    </w:p>
    <w:p w14:paraId="59594397" w14:textId="5B5F83E8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lastRenderedPageBreak/>
        <w:t>il soggetto intende svolgere la propria attività nella stagione sportiva 2026/2027;</w:t>
      </w:r>
    </w:p>
    <w:p w14:paraId="5082E46D" w14:textId="61EFD662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ha utilizzato/noleggiato corsie d'acqua presso la piscina comunale nella stagione [2023/2024] [2024/2025];</w:t>
      </w:r>
    </w:p>
    <w:p w14:paraId="48820B01" w14:textId="15019644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l'accesso storico avveniva [A PAGAMENTO] [A TITOLO GRATUITO];</w:t>
      </w:r>
    </w:p>
    <w:p w14:paraId="3FED044C" w14:textId="54EDFC91" w:rsidR="00B76BBB" w:rsidRPr="008A0F04" w:rsidRDefault="00E60866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0D29C2" w:rsidRPr="008A0F04">
        <w:rPr>
          <w:rFonts w:ascii="Times New Roman" w:hAnsi="Times New Roman" w:cs="Times New Roman"/>
          <w:sz w:val="24"/>
          <w:szCs w:val="24"/>
          <w:lang w:val="it-IT"/>
        </w:rPr>
        <w:t>on sussistono cause ostative alla concessione di contributi pubblici;</w:t>
      </w:r>
    </w:p>
    <w:p w14:paraId="02CAB6C6" w14:textId="5532E9F5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le spese rendicontate non saranno oggetto di doppio finanziamento e che sarà comunicato ogni altro contributo riferito alle medesime attività;</w:t>
      </w:r>
    </w:p>
    <w:p w14:paraId="65502567" w14:textId="7B8B2399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il soggetto accetta i controlli del Comune e si impegna a conservare la documentazione per il periodo previsto dalla legge;</w:t>
      </w:r>
    </w:p>
    <w:p w14:paraId="4EB7E03F" w14:textId="3ECE80FE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ha preso visione dell'informativa sul trattamento dei dati personali e accetta integralmente l'avviso.</w:t>
      </w:r>
    </w:p>
    <w:p w14:paraId="7F22A614" w14:textId="77777777" w:rsidR="00B76BBB" w:rsidRPr="008A0F04" w:rsidRDefault="000D29C2" w:rsidP="008A0F04">
      <w:pPr>
        <w:pStyle w:val="Titolo2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Piano sintetico di impiego del contributo</w:t>
      </w:r>
    </w:p>
    <w:p w14:paraId="6F4A3B42" w14:textId="5CF81AC2" w:rsidR="00B76BBB" w:rsidRPr="008A0F04" w:rsidRDefault="000D29C2" w:rsidP="008A0F04">
      <w:pPr>
        <w:pStyle w:val="FormLabe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>Attività previste nell</w:t>
      </w:r>
      <w:r w:rsid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>’anno sportivo</w:t>
      </w: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 2026/2027: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[DESCRIZIONE]</w:t>
      </w:r>
    </w:p>
    <w:p w14:paraId="0DD045B2" w14:textId="77777777" w:rsidR="00B76BBB" w:rsidRPr="008A0F04" w:rsidRDefault="000D29C2" w:rsidP="008A0F04">
      <w:pPr>
        <w:pStyle w:val="FormLabe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Spese previste e relativo importo: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[DESCRIZIONE E IMPORTI]</w:t>
      </w:r>
    </w:p>
    <w:p w14:paraId="0A0E74BD" w14:textId="67360ABD" w:rsidR="00B76BBB" w:rsidRPr="008A0F04" w:rsidRDefault="000D29C2" w:rsidP="008A0F04">
      <w:pPr>
        <w:pStyle w:val="FormLabe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Altri contributi o entrate riferiti alle stesse attività: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 xml:space="preserve">[INDICARE </w:t>
      </w:r>
      <w:r w:rsid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 xml:space="preserve">IMPORTO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OPPURE 'NESSUNO</w:t>
      </w:r>
      <w:r w:rsid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 xml:space="preserve"> IMPORTO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']</w:t>
      </w:r>
    </w:p>
    <w:p w14:paraId="67A13D8A" w14:textId="77777777" w:rsidR="00B76BBB" w:rsidRPr="008A0F04" w:rsidRDefault="000D29C2" w:rsidP="008A0F04">
      <w:pPr>
        <w:pStyle w:val="Titolo2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Dichiarazioni fiscali e pagamento</w:t>
      </w:r>
    </w:p>
    <w:p w14:paraId="2FC2D0E5" w14:textId="77777777" w:rsidR="00B76BBB" w:rsidRPr="008A0F04" w:rsidRDefault="000D29C2" w:rsidP="008A0F0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sz w:val="24"/>
          <w:szCs w:val="24"/>
          <w:lang w:val="it-IT"/>
        </w:rPr>
        <w:t>Ai fini della ritenuta di cui all'articolo 28 del D.P.R. n. 600/1973, il richiedente dichiara che il contributo:</w:t>
      </w:r>
    </w:p>
    <w:p w14:paraId="5FD49B09" w14:textId="77777777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8A0F04">
        <w:rPr>
          <w:rFonts w:ascii="Times New Roman" w:hAnsi="Times New Roman" w:cs="Times New Roman"/>
          <w:sz w:val="24"/>
          <w:szCs w:val="24"/>
          <w:lang w:val="it-IT"/>
        </w:rPr>
        <w:t>[ ]</w:t>
      </w:r>
      <w:proofErr w:type="gramEnd"/>
      <w:r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 è soggetto alla ritenuta del 4%;</w:t>
      </w:r>
    </w:p>
    <w:p w14:paraId="7A4C8ACC" w14:textId="77777777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8A0F04">
        <w:rPr>
          <w:rFonts w:ascii="Times New Roman" w:hAnsi="Times New Roman" w:cs="Times New Roman"/>
          <w:sz w:val="24"/>
          <w:szCs w:val="24"/>
          <w:lang w:val="it-IT"/>
        </w:rPr>
        <w:t>[ ]</w:t>
      </w:r>
      <w:proofErr w:type="gramEnd"/>
      <w:r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 non è soggetto alla ritenuta del 4% per la seguente motivazione: [SPECIFICARE].</w:t>
      </w:r>
    </w:p>
    <w:p w14:paraId="6575AED7" w14:textId="77777777" w:rsidR="00B76BBB" w:rsidRPr="008A0F04" w:rsidRDefault="000D29C2" w:rsidP="008A0F04">
      <w:pPr>
        <w:pStyle w:val="FormLabe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Intestatario del conto: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6EC15C53" w14:textId="77777777" w:rsidR="00B76BBB" w:rsidRPr="008A0F04" w:rsidRDefault="000D29C2" w:rsidP="008A0F04">
      <w:pPr>
        <w:pStyle w:val="FormLabe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  <w:lang w:val="it-IT"/>
        </w:rPr>
        <w:t xml:space="preserve">IBAN: </w:t>
      </w:r>
      <w:r w:rsidRPr="008A0F04">
        <w:rPr>
          <w:rFonts w:ascii="Times New Roman" w:hAnsi="Times New Roman" w:cs="Times New Roman"/>
          <w:color w:val="1F4D78"/>
          <w:sz w:val="24"/>
          <w:szCs w:val="24"/>
          <w:lang w:val="it-IT"/>
        </w:rPr>
        <w:t>[COMPILARE]</w:t>
      </w:r>
    </w:p>
    <w:p w14:paraId="0AFFBD6A" w14:textId="77777777" w:rsidR="00B76BBB" w:rsidRPr="008A0F04" w:rsidRDefault="000D29C2" w:rsidP="008A0F04">
      <w:pPr>
        <w:pStyle w:val="FormLabel"/>
        <w:jc w:val="both"/>
        <w:rPr>
          <w:rFonts w:ascii="Times New Roman" w:hAnsi="Times New Roman" w:cs="Times New Roman"/>
          <w:sz w:val="24"/>
          <w:szCs w:val="24"/>
        </w:rPr>
      </w:pPr>
      <w:r w:rsidRPr="008A0F04">
        <w:rPr>
          <w:rFonts w:ascii="Times New Roman" w:hAnsi="Times New Roman" w:cs="Times New Roman"/>
          <w:b/>
          <w:color w:val="202124"/>
          <w:sz w:val="24"/>
          <w:szCs w:val="24"/>
        </w:rPr>
        <w:t xml:space="preserve">Istituto di </w:t>
      </w:r>
      <w:proofErr w:type="spellStart"/>
      <w:r w:rsidRPr="008A0F04">
        <w:rPr>
          <w:rFonts w:ascii="Times New Roman" w:hAnsi="Times New Roman" w:cs="Times New Roman"/>
          <w:b/>
          <w:color w:val="202124"/>
          <w:sz w:val="24"/>
          <w:szCs w:val="24"/>
        </w:rPr>
        <w:t>credito</w:t>
      </w:r>
      <w:proofErr w:type="spellEnd"/>
      <w:r w:rsidRPr="008A0F04">
        <w:rPr>
          <w:rFonts w:ascii="Times New Roman" w:hAnsi="Times New Roman" w:cs="Times New Roman"/>
          <w:b/>
          <w:color w:val="202124"/>
          <w:sz w:val="24"/>
          <w:szCs w:val="24"/>
        </w:rPr>
        <w:t xml:space="preserve">: </w:t>
      </w:r>
      <w:r w:rsidRPr="008A0F04">
        <w:rPr>
          <w:rFonts w:ascii="Times New Roman" w:hAnsi="Times New Roman" w:cs="Times New Roman"/>
          <w:color w:val="1F4D78"/>
          <w:sz w:val="24"/>
          <w:szCs w:val="24"/>
        </w:rPr>
        <w:t>[COMPILARE]</w:t>
      </w:r>
    </w:p>
    <w:p w14:paraId="1012364C" w14:textId="77777777" w:rsidR="00B76BBB" w:rsidRPr="008A0F04" w:rsidRDefault="000D29C2" w:rsidP="008A0F04">
      <w:pPr>
        <w:pStyle w:val="Titolo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0F04">
        <w:rPr>
          <w:rFonts w:ascii="Times New Roman" w:hAnsi="Times New Roman" w:cs="Times New Roman"/>
          <w:sz w:val="24"/>
          <w:szCs w:val="24"/>
        </w:rPr>
        <w:t>Allegati</w:t>
      </w:r>
      <w:proofErr w:type="spellEnd"/>
    </w:p>
    <w:p w14:paraId="25B9AA39" w14:textId="65344B79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0F04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A0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04">
        <w:rPr>
          <w:rFonts w:ascii="Times New Roman" w:hAnsi="Times New Roman" w:cs="Times New Roman"/>
          <w:sz w:val="24"/>
          <w:szCs w:val="24"/>
        </w:rPr>
        <w:t>documento</w:t>
      </w:r>
      <w:proofErr w:type="spellEnd"/>
      <w:r w:rsidRPr="008A0F0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A0F04">
        <w:rPr>
          <w:rFonts w:ascii="Times New Roman" w:hAnsi="Times New Roman" w:cs="Times New Roman"/>
          <w:sz w:val="24"/>
          <w:szCs w:val="24"/>
        </w:rPr>
        <w:t>identità</w:t>
      </w:r>
      <w:proofErr w:type="spellEnd"/>
    </w:p>
    <w:p w14:paraId="132F87A2" w14:textId="224054B9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0F04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A0F04">
        <w:rPr>
          <w:rFonts w:ascii="Times New Roman" w:hAnsi="Times New Roman" w:cs="Times New Roman"/>
          <w:sz w:val="24"/>
          <w:szCs w:val="24"/>
        </w:rPr>
        <w:t xml:space="preserve"> relazione </w:t>
      </w:r>
      <w:proofErr w:type="spellStart"/>
      <w:r w:rsidRPr="008A0F04">
        <w:rPr>
          <w:rFonts w:ascii="Times New Roman" w:hAnsi="Times New Roman" w:cs="Times New Roman"/>
          <w:sz w:val="24"/>
          <w:szCs w:val="24"/>
        </w:rPr>
        <w:t>sulle</w:t>
      </w:r>
      <w:proofErr w:type="spellEnd"/>
      <w:r w:rsidRPr="008A0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04">
        <w:rPr>
          <w:rFonts w:ascii="Times New Roman" w:hAnsi="Times New Roman" w:cs="Times New Roman"/>
          <w:sz w:val="24"/>
          <w:szCs w:val="24"/>
        </w:rPr>
        <w:t>attività</w:t>
      </w:r>
      <w:proofErr w:type="spellEnd"/>
      <w:r w:rsidRPr="008A0F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4CDCF0" w14:textId="77777777" w:rsidR="00B76BBB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8A0F04">
        <w:rPr>
          <w:rFonts w:ascii="Times New Roman" w:hAnsi="Times New Roman" w:cs="Times New Roman"/>
          <w:sz w:val="24"/>
          <w:szCs w:val="24"/>
          <w:lang w:val="it-IT"/>
        </w:rPr>
        <w:t>[ ]</w:t>
      </w:r>
      <w:proofErr w:type="gramEnd"/>
      <w:r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 dichiarazioni fiscali e sugli aiuti pubblici;</w:t>
      </w:r>
    </w:p>
    <w:p w14:paraId="1C4AEE51" w14:textId="4DEED6E8" w:rsidR="008A0F04" w:rsidRPr="008A0F04" w:rsidRDefault="000D29C2" w:rsidP="008A0F04">
      <w:pPr>
        <w:pStyle w:val="Puntoelenc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 w:rsidRPr="008A0F04">
        <w:rPr>
          <w:rFonts w:ascii="Times New Roman" w:hAnsi="Times New Roman" w:cs="Times New Roman"/>
          <w:sz w:val="24"/>
          <w:szCs w:val="24"/>
          <w:lang w:val="it-IT"/>
        </w:rPr>
        <w:t>[ ]</w:t>
      </w:r>
      <w:proofErr w:type="gramEnd"/>
      <w:r w:rsidR="00D15C43" w:rsidRPr="008A0F0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A0F04" w:rsidRPr="008A0F04">
        <w:rPr>
          <w:rFonts w:ascii="Times New Roman" w:hAnsi="Times New Roman" w:cs="Times New Roman"/>
          <w:sz w:val="24"/>
          <w:szCs w:val="24"/>
          <w:lang w:val="it-IT"/>
        </w:rPr>
        <w:t>conto corrente dedicato (ex art. 3 L. 13 agosto 2010 n. 136)</w:t>
      </w:r>
    </w:p>
    <w:p w14:paraId="50D781BB" w14:textId="77777777" w:rsidR="00E60866" w:rsidRDefault="00E60866" w:rsidP="008A0F0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AA80E94" w14:textId="1337702F" w:rsidR="00B76BBB" w:rsidRPr="00344B5F" w:rsidRDefault="00344B5F" w:rsidP="008A0F0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Luogo e data</w:t>
      </w:r>
      <w:r w:rsidR="000D29C2" w:rsidRPr="00344B5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369C4" w:rsidRPr="00344B5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66CCF36C" w14:textId="7698C7C9" w:rsidR="00D15C43" w:rsidRDefault="00D15C43" w:rsidP="008A0F04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E355697" w14:textId="77777777" w:rsidR="00E60866" w:rsidRPr="008A0F04" w:rsidRDefault="00E60866" w:rsidP="008A0F04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C43FF7D" w14:textId="5FA36A39" w:rsidR="00B76BBB" w:rsidRPr="008A0F04" w:rsidRDefault="000D29C2" w:rsidP="008A0F04">
      <w:pPr>
        <w:ind w:left="432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A0F04">
        <w:rPr>
          <w:rFonts w:ascii="Times New Roman" w:hAnsi="Times New Roman" w:cs="Times New Roman"/>
          <w:b/>
          <w:sz w:val="24"/>
          <w:szCs w:val="24"/>
          <w:lang w:val="it-IT"/>
        </w:rPr>
        <w:t>Il/La legale rappresentante</w:t>
      </w:r>
      <w:r w:rsidRPr="008A0F04">
        <w:rPr>
          <w:rFonts w:ascii="Times New Roman" w:hAnsi="Times New Roman" w:cs="Times New Roman"/>
          <w:b/>
          <w:sz w:val="24"/>
          <w:szCs w:val="24"/>
          <w:lang w:val="it-IT"/>
        </w:rPr>
        <w:br/>
        <w:t>[FIRMA DIGITALE O AUTOGRAFA]</w:t>
      </w:r>
    </w:p>
    <w:sectPr w:rsidR="00B76BBB" w:rsidRPr="008A0F04" w:rsidSect="00034616">
      <w:footerReference w:type="default" r:id="rId8"/>
      <w:pgSz w:w="11906" w:h="16838"/>
      <w:pgMar w:top="1247" w:right="1247" w:bottom="1247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071F" w14:textId="77777777" w:rsidR="003D72AD" w:rsidRDefault="003D72AD">
      <w:pPr>
        <w:spacing w:after="0" w:line="240" w:lineRule="auto"/>
      </w:pPr>
      <w:r>
        <w:separator/>
      </w:r>
    </w:p>
  </w:endnote>
  <w:endnote w:type="continuationSeparator" w:id="0">
    <w:p w14:paraId="65B9E90A" w14:textId="77777777" w:rsidR="003D72AD" w:rsidRDefault="003D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8567" w14:textId="27A69EB7" w:rsidR="00B76BBB" w:rsidRDefault="00B76BBB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52A83" w14:textId="77777777" w:rsidR="003D72AD" w:rsidRDefault="003D72AD">
      <w:pPr>
        <w:spacing w:after="0" w:line="240" w:lineRule="auto"/>
      </w:pPr>
      <w:r>
        <w:separator/>
      </w:r>
    </w:p>
  </w:footnote>
  <w:footnote w:type="continuationSeparator" w:id="0">
    <w:p w14:paraId="5D8C02EF" w14:textId="77777777" w:rsidR="003D72AD" w:rsidRDefault="003D7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67211">
    <w:abstractNumId w:val="8"/>
  </w:num>
  <w:num w:numId="2" w16cid:durableId="1153715295">
    <w:abstractNumId w:val="6"/>
  </w:num>
  <w:num w:numId="3" w16cid:durableId="207883451">
    <w:abstractNumId w:val="5"/>
  </w:num>
  <w:num w:numId="4" w16cid:durableId="1275403975">
    <w:abstractNumId w:val="4"/>
  </w:num>
  <w:num w:numId="5" w16cid:durableId="107431025">
    <w:abstractNumId w:val="7"/>
  </w:num>
  <w:num w:numId="6" w16cid:durableId="1950383472">
    <w:abstractNumId w:val="3"/>
  </w:num>
  <w:num w:numId="7" w16cid:durableId="749159204">
    <w:abstractNumId w:val="2"/>
  </w:num>
  <w:num w:numId="8" w16cid:durableId="1160383621">
    <w:abstractNumId w:val="1"/>
  </w:num>
  <w:num w:numId="9" w16cid:durableId="1664090556">
    <w:abstractNumId w:val="0"/>
  </w:num>
  <w:num w:numId="10" w16cid:durableId="1569413446">
    <w:abstractNumId w:val="8"/>
  </w:num>
  <w:num w:numId="11" w16cid:durableId="2182495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AFC"/>
    <w:rsid w:val="000D29C2"/>
    <w:rsid w:val="0015074B"/>
    <w:rsid w:val="00280A23"/>
    <w:rsid w:val="0029639D"/>
    <w:rsid w:val="002B3848"/>
    <w:rsid w:val="00326F90"/>
    <w:rsid w:val="00344B5F"/>
    <w:rsid w:val="003B02BB"/>
    <w:rsid w:val="003D72AD"/>
    <w:rsid w:val="00423837"/>
    <w:rsid w:val="00444B54"/>
    <w:rsid w:val="005369C4"/>
    <w:rsid w:val="00590375"/>
    <w:rsid w:val="005C610C"/>
    <w:rsid w:val="005E2E5A"/>
    <w:rsid w:val="006D1EE9"/>
    <w:rsid w:val="00740606"/>
    <w:rsid w:val="008A0F04"/>
    <w:rsid w:val="00922D9A"/>
    <w:rsid w:val="00A02784"/>
    <w:rsid w:val="00AA1D8D"/>
    <w:rsid w:val="00AD0AE0"/>
    <w:rsid w:val="00B13E97"/>
    <w:rsid w:val="00B47730"/>
    <w:rsid w:val="00B73431"/>
    <w:rsid w:val="00B76BBB"/>
    <w:rsid w:val="00B946F5"/>
    <w:rsid w:val="00CB0664"/>
    <w:rsid w:val="00D15C43"/>
    <w:rsid w:val="00D43268"/>
    <w:rsid w:val="00DE1E22"/>
    <w:rsid w:val="00E56440"/>
    <w:rsid w:val="00E60866"/>
    <w:rsid w:val="00ED11B2"/>
    <w:rsid w:val="00F278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9773AE"/>
  <w14:defaultImageDpi w14:val="330"/>
  <w15:docId w15:val="{D775185A-D5BF-4DF9-B91C-8BB5CA7D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64" w:lineRule="auto"/>
    </w:pPr>
    <w:rPr>
      <w:rFonts w:ascii="Calibri" w:hAnsi="Calibri"/>
      <w:color w:val="2021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spacing w:after="160" w:line="280" w:lineRule="auto"/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spacing w:after="160" w:line="280" w:lineRule="auto"/>
      <w:ind w:left="7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0" w:line="240" w:lineRule="auto"/>
    </w:pPr>
    <w:rPr>
      <w:rFonts w:ascii="Calibri" w:hAnsi="Calibri"/>
      <w:sz w:val="17"/>
    </w:rPr>
  </w:style>
  <w:style w:type="paragraph" w:customStyle="1" w:styleId="FormLabel">
    <w:name w:val="Form Label"/>
    <w:pPr>
      <w:spacing w:after="100"/>
    </w:pPr>
    <w:rPr>
      <w:rFonts w:ascii="Calibri" w:hAnsi="Calibri"/>
      <w:sz w:val="21"/>
    </w:rPr>
  </w:style>
  <w:style w:type="character" w:styleId="Collegamentoipertestuale">
    <w:name w:val="Hyperlink"/>
    <w:basedOn w:val="Carpredefinitoparagrafo"/>
    <w:uiPriority w:val="99"/>
    <w:unhideWhenUsed/>
    <w:rsid w:val="00D4326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3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Avviso pubblico riservato - contributi straordinari piscina comunale</vt:lpstr>
      <vt:lpstr/>
    </vt:vector>
  </TitlesOfParts>
  <Manager/>
  <Company/>
  <LinksUpToDate>false</LinksUpToDate>
  <CharactersWithSpaces>2995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riservato - contributi straordinari piscina comunale</dc:title>
  <dc:subject>Contributi straordinari associazioni sportive</dc:subject>
  <dc:creator>Comune di Ivrea - bozza di lavoro</dc:creator>
  <cp:keywords/>
  <cp:lastModifiedBy>Gilberto Guerriero</cp:lastModifiedBy>
  <cp:revision>7</cp:revision>
  <cp:lastPrinted>2026-08-19T06:42:00Z</cp:lastPrinted>
  <dcterms:created xsi:type="dcterms:W3CDTF">2026-08-18T14:48:00Z</dcterms:created>
  <dcterms:modified xsi:type="dcterms:W3CDTF">2026-08-19T06:48:00Z</dcterms:modified>
  <cp:category/>
</cp:coreProperties>
</file>